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n8n JSON Explained for Beginners</w:t>
      </w:r>
    </w:p>
    <w:p>
      <w:r>
        <w:t>Arrays, Objects and Data Structures Made Simple</w:t>
      </w:r>
    </w:p>
    <w:p>
      <w:r>
        <w:t>FOLLOW-ALONG CODE GUIDE  |  Tutorials by Mukesh Kala</w:t>
      </w:r>
    </w:p>
    <w:p>
      <w:r>
        <w:t>Watch the full video: https://youtu.be/CFumSEKcjRY</w:t>
      </w:r>
    </w:p>
    <w:p>
      <w:r>
        <w:t>Use this guide alongside the tutorial. Run the Python examples in order within each section. Each example builds on the data created in earlier steps.</w:t>
      </w:r>
    </w:p>
    <w:p>
      <w:r>
        <w:t>Important: These examples use Python lists and dictionaries to explain the concepts behind JSON. JSON uses similar arrays and objects, but its syntax and data format are not exactly the same as Python.</w:t>
      </w:r>
    </w:p>
    <w:p>
      <w:pPr>
        <w:pStyle w:val="Heading1"/>
      </w:pPr>
      <w:r>
        <w:t>01  Working with Arrays (Python Lists)</w:t>
      </w:r>
    </w:p>
    <w:p>
      <w:r>
        <w:t>An array-like list stores several values in one variable. Python uses zero-based indexing, meaning the first element has index 0.</w:t>
      </w:r>
    </w:p>
    <w:p>
      <w:pPr>
        <w:pStyle w:val="Heading2"/>
      </w:pPr>
      <w:r>
        <w:t>Step 1. Create a list</w:t>
      </w:r>
    </w:p>
    <w:p>
      <w:pPr>
        <w:spacing w:after="0" w:line="252" w:lineRule="auto"/>
        <w:ind w:left="202" w:right="115"/>
        <w:shd w:fill="F1F5F9"/>
      </w:pPr>
      <w:r>
        <w:rPr>
          <w:rFonts w:ascii="Consolas" w:hAnsi="Consolas"/>
          <w:color w:val="183347"/>
          <w:sz w:val="17"/>
        </w:rPr>
        <w:t>topics = ["Python", "Vector Database", "Agentic AI", "RPA"]</w:t>
      </w:r>
    </w:p>
    <w:p>
      <w:pPr>
        <w:spacing w:after="0"/>
      </w:pPr>
    </w:p>
    <w:p>
      <w:pPr>
        <w:pStyle w:val="Heading2"/>
      </w:pPr>
      <w:r>
        <w:t>Step 2. Display the list</w:t>
      </w:r>
    </w:p>
    <w:p>
      <w:pPr>
        <w:spacing w:after="0" w:line="252" w:lineRule="auto"/>
        <w:ind w:left="202" w:right="115"/>
        <w:shd w:fill="F1F5F9"/>
      </w:pPr>
      <w:r>
        <w:rPr>
          <w:rFonts w:ascii="Consolas" w:hAnsi="Consolas"/>
          <w:color w:val="183347"/>
          <w:sz w:val="17"/>
        </w:rPr>
        <w:t>print(topics)</w:t>
      </w:r>
    </w:p>
    <w:p>
      <w:pPr>
        <w:spacing w:after="0"/>
      </w:pPr>
    </w:p>
    <w:p>
      <w:r>
        <w:rPr>
          <w:b/>
        </w:rPr>
        <w:t>Output</w:t>
      </w:r>
    </w:p>
    <w:p>
      <w:pPr>
        <w:spacing w:after="0" w:line="252" w:lineRule="auto"/>
        <w:ind w:left="202" w:right="115"/>
        <w:shd w:fill="F1F5F9"/>
      </w:pPr>
      <w:r>
        <w:rPr>
          <w:rFonts w:ascii="Consolas" w:hAnsi="Consolas"/>
          <w:color w:val="183347"/>
          <w:sz w:val="17"/>
        </w:rPr>
        <w:t>['Python', 'Vector Database', 'Agentic AI', 'RPA']</w:t>
      </w:r>
    </w:p>
    <w:p>
      <w:pPr>
        <w:spacing w:after="0"/>
      </w:pPr>
    </w:p>
    <w:p>
      <w:pPr>
        <w:pStyle w:val="Heading2"/>
      </w:pPr>
      <w:r>
        <w:t>Step 3. Retrieve items by index</w:t>
      </w:r>
    </w:p>
    <w:p>
      <w:pPr>
        <w:spacing w:after="0" w:line="252" w:lineRule="auto"/>
        <w:ind w:left="202" w:right="115"/>
        <w:shd w:fill="F1F5F9"/>
      </w:pPr>
      <w:r>
        <w:rPr>
          <w:rFonts w:ascii="Consolas" w:hAnsi="Consolas"/>
          <w:color w:val="183347"/>
          <w:sz w:val="17"/>
        </w:rPr>
        <w:t>print(topics[0])  # First item</w:t>
      </w:r>
    </w:p>
    <w:p>
      <w:pPr>
        <w:spacing w:after="0" w:line="252" w:lineRule="auto"/>
        <w:ind w:left="202" w:right="115"/>
        <w:shd w:fill="F1F5F9"/>
      </w:pPr>
      <w:r>
        <w:rPr>
          <w:rFonts w:ascii="Consolas" w:hAnsi="Consolas"/>
          <w:color w:val="183347"/>
          <w:sz w:val="17"/>
        </w:rPr>
        <w:t>print(topics[2])  # Third item</w:t>
      </w:r>
    </w:p>
    <w:p>
      <w:pPr>
        <w:spacing w:after="0"/>
      </w:pPr>
    </w:p>
    <w:p>
      <w:r>
        <w:rPr>
          <w:b/>
        </w:rPr>
        <w:t>Output</w:t>
      </w:r>
    </w:p>
    <w:p>
      <w:pPr>
        <w:spacing w:after="0" w:line="252" w:lineRule="auto"/>
        <w:ind w:left="202" w:right="115"/>
        <w:shd w:fill="F1F5F9"/>
      </w:pPr>
      <w:r>
        <w:rPr>
          <w:rFonts w:ascii="Consolas" w:hAnsi="Consolas"/>
          <w:color w:val="183347"/>
          <w:sz w:val="17"/>
        </w:rPr>
        <w:t>Python</w:t>
      </w:r>
    </w:p>
    <w:p>
      <w:pPr>
        <w:spacing w:after="0" w:line="252" w:lineRule="auto"/>
        <w:ind w:left="202" w:right="115"/>
        <w:shd w:fill="F1F5F9"/>
      </w:pPr>
      <w:r>
        <w:rPr>
          <w:rFonts w:ascii="Consolas" w:hAnsi="Consolas"/>
          <w:color w:val="183347"/>
          <w:sz w:val="17"/>
        </w:rPr>
        <w:t>Agentic AI</w:t>
      </w:r>
    </w:p>
    <w:p>
      <w:pPr>
        <w:spacing w:after="0"/>
      </w:pPr>
    </w:p>
    <w:p>
      <w:pPr>
        <w:pStyle w:val="Heading2"/>
      </w:pPr>
      <w:r>
        <w:t>Step 4. Insert items</w:t>
      </w:r>
    </w:p>
    <w:p>
      <w:pPr>
        <w:spacing w:after="0" w:line="252" w:lineRule="auto"/>
        <w:ind w:left="202" w:right="115"/>
        <w:shd w:fill="F1F5F9"/>
      </w:pPr>
      <w:r>
        <w:rPr>
          <w:rFonts w:ascii="Consolas" w:hAnsi="Consolas"/>
          <w:color w:val="183347"/>
          <w:sz w:val="17"/>
        </w:rPr>
        <w:t>topics.append("Machine Learning")  # Add to the end</w:t>
      </w:r>
    </w:p>
    <w:p>
      <w:pPr>
        <w:spacing w:after="0" w:line="252" w:lineRule="auto"/>
        <w:ind w:left="202" w:right="115"/>
        <w:shd w:fill="F1F5F9"/>
      </w:pPr>
      <w:r>
        <w:rPr>
          <w:rFonts w:ascii="Consolas" w:hAnsi="Consolas"/>
          <w:color w:val="183347"/>
          <w:sz w:val="17"/>
        </w:rPr>
        <w:t>print(topics)</w:t>
      </w:r>
    </w:p>
    <w:p>
      <w:pPr>
        <w:spacing w:after="0" w:line="252" w:lineRule="auto"/>
        <w:ind w:left="202" w:right="115"/>
        <w:shd w:fill="F1F5F9"/>
      </w:pPr>
      <w:r>
        <w:rPr>
          <w:rFonts w:ascii="Consolas" w:hAnsi="Consolas"/>
          <w:color w:val="183347"/>
          <w:sz w:val="17"/>
        </w:rPr>
        <w:t xml:space="preserve"> </w:t>
      </w:r>
    </w:p>
    <w:p>
      <w:pPr>
        <w:spacing w:after="0" w:line="252" w:lineRule="auto"/>
        <w:ind w:left="202" w:right="115"/>
        <w:shd w:fill="F1F5F9"/>
      </w:pPr>
      <w:r>
        <w:rPr>
          <w:rFonts w:ascii="Consolas" w:hAnsi="Consolas"/>
          <w:color w:val="183347"/>
          <w:sz w:val="17"/>
        </w:rPr>
        <w:t>topics.insert(1, "Data Science")  # Insert at index 1</w:t>
      </w:r>
    </w:p>
    <w:p>
      <w:pPr>
        <w:spacing w:after="0" w:line="252" w:lineRule="auto"/>
        <w:ind w:left="202" w:right="115"/>
        <w:shd w:fill="F1F5F9"/>
      </w:pPr>
      <w:r>
        <w:rPr>
          <w:rFonts w:ascii="Consolas" w:hAnsi="Consolas"/>
          <w:color w:val="183347"/>
          <w:sz w:val="17"/>
        </w:rPr>
        <w:t>print(topics)</w:t>
      </w:r>
    </w:p>
    <w:p>
      <w:pPr>
        <w:spacing w:after="0"/>
      </w:pPr>
    </w:p>
    <w:p>
      <w:pPr>
        <w:pStyle w:val="Heading2"/>
      </w:pPr>
      <w:r>
        <w:t>Step 5. Update an item</w:t>
      </w:r>
    </w:p>
    <w:p>
      <w:pPr>
        <w:spacing w:after="0" w:line="252" w:lineRule="auto"/>
        <w:ind w:left="202" w:right="115"/>
        <w:shd w:fill="F1F5F9"/>
      </w:pPr>
      <w:r>
        <w:rPr>
          <w:rFonts w:ascii="Consolas" w:hAnsi="Consolas"/>
          <w:color w:val="183347"/>
          <w:sz w:val="17"/>
        </w:rPr>
        <w:t>topics[1] = "Generative AI"</w:t>
      </w:r>
    </w:p>
    <w:p>
      <w:pPr>
        <w:spacing w:after="0" w:line="252" w:lineRule="auto"/>
        <w:ind w:left="202" w:right="115"/>
        <w:shd w:fill="F1F5F9"/>
      </w:pPr>
      <w:r>
        <w:rPr>
          <w:rFonts w:ascii="Consolas" w:hAnsi="Consolas"/>
          <w:color w:val="183347"/>
          <w:sz w:val="17"/>
        </w:rPr>
        <w:t>print(topics)</w:t>
      </w:r>
    </w:p>
    <w:p>
      <w:pPr>
        <w:spacing w:after="0"/>
      </w:pPr>
    </w:p>
    <w:p>
      <w:pPr>
        <w:pStyle w:val="Heading2"/>
      </w:pPr>
      <w:r>
        <w:t>Step 6. Delete items</w:t>
      </w:r>
    </w:p>
    <w:p>
      <w:pPr>
        <w:spacing w:after="0" w:line="252" w:lineRule="auto"/>
        <w:ind w:left="202" w:right="115"/>
        <w:shd w:fill="F1F5F9"/>
      </w:pPr>
      <w:r>
        <w:rPr>
          <w:rFonts w:ascii="Consolas" w:hAnsi="Consolas"/>
          <w:color w:val="183347"/>
          <w:sz w:val="17"/>
        </w:rPr>
        <w:t>topics.remove("RPA")  # Remove by value</w:t>
      </w:r>
    </w:p>
    <w:p>
      <w:pPr>
        <w:spacing w:after="0" w:line="252" w:lineRule="auto"/>
        <w:ind w:left="202" w:right="115"/>
        <w:shd w:fill="F1F5F9"/>
      </w:pPr>
      <w:r>
        <w:rPr>
          <w:rFonts w:ascii="Consolas" w:hAnsi="Consolas"/>
          <w:color w:val="183347"/>
          <w:sz w:val="17"/>
        </w:rPr>
        <w:t>print(topics)</w:t>
      </w:r>
    </w:p>
    <w:p>
      <w:pPr>
        <w:spacing w:after="0" w:line="252" w:lineRule="auto"/>
        <w:ind w:left="202" w:right="115"/>
        <w:shd w:fill="F1F5F9"/>
      </w:pPr>
      <w:r>
        <w:rPr>
          <w:rFonts w:ascii="Consolas" w:hAnsi="Consolas"/>
          <w:color w:val="183347"/>
          <w:sz w:val="17"/>
        </w:rPr>
        <w:t xml:space="preserve"> </w:t>
      </w:r>
    </w:p>
    <w:p>
      <w:pPr>
        <w:spacing w:after="0" w:line="252" w:lineRule="auto"/>
        <w:ind w:left="202" w:right="115"/>
        <w:shd w:fill="F1F5F9"/>
      </w:pPr>
      <w:r>
        <w:rPr>
          <w:rFonts w:ascii="Consolas" w:hAnsi="Consolas"/>
          <w:color w:val="183347"/>
          <w:sz w:val="17"/>
        </w:rPr>
        <w:t>topics.pop(0)  # Remove by index</w:t>
      </w:r>
    </w:p>
    <w:p>
      <w:pPr>
        <w:spacing w:after="0" w:line="252" w:lineRule="auto"/>
        <w:ind w:left="202" w:right="115"/>
        <w:shd w:fill="F1F5F9"/>
      </w:pPr>
      <w:r>
        <w:rPr>
          <w:rFonts w:ascii="Consolas" w:hAnsi="Consolas"/>
          <w:color w:val="183347"/>
          <w:sz w:val="17"/>
        </w:rPr>
        <w:t>print(topics)</w:t>
      </w:r>
    </w:p>
    <w:p>
      <w:pPr>
        <w:spacing w:after="0"/>
      </w:pPr>
    </w:p>
    <w:p>
      <w:r>
        <w:t>Try it: Change another topic, then print the list again to see the result.</w:t>
      </w:r>
    </w:p>
    <w:p>
      <w:pPr>
        <w:pStyle w:val="Heading1"/>
      </w:pPr>
      <w:r>
        <w:t>02  Working with Objects (Python Dictionaries)</w:t>
      </w:r>
    </w:p>
    <w:p>
      <w:r>
        <w:t>An object groups related information using key-value pairs. In Python, this structure is called a dictionary.</w:t>
      </w:r>
    </w:p>
    <w:p>
      <w:pPr>
        <w:pStyle w:val="Heading2"/>
      </w:pPr>
      <w:r>
        <w:t>Step 1. Create a course object</w:t>
      </w:r>
    </w:p>
    <w:p>
      <w:pPr>
        <w:spacing w:after="0" w:line="252" w:lineRule="auto"/>
        <w:ind w:left="202" w:right="115"/>
        <w:shd w:fill="F1F5F9"/>
      </w:pPr>
      <w:r>
        <w:rPr>
          <w:rFonts w:ascii="Consolas" w:hAnsi="Consolas"/>
          <w:color w:val="183347"/>
          <w:sz w:val="17"/>
        </w:rPr>
        <w:t>course = {</w:t>
      </w:r>
    </w:p>
    <w:p>
      <w:pPr>
        <w:spacing w:after="0" w:line="252" w:lineRule="auto"/>
        <w:ind w:left="202" w:right="115"/>
        <w:shd w:fill="F1F5F9"/>
      </w:pPr>
      <w:r>
        <w:rPr>
          <w:rFonts w:ascii="Consolas" w:hAnsi="Consolas"/>
          <w:color w:val="183347"/>
          <w:sz w:val="17"/>
        </w:rPr>
        <w:t xml:space="preserve">    "name": "Python",</w:t>
      </w:r>
    </w:p>
    <w:p>
      <w:pPr>
        <w:spacing w:after="0" w:line="252" w:lineRule="auto"/>
        <w:ind w:left="202" w:right="115"/>
        <w:shd w:fill="F1F5F9"/>
      </w:pPr>
      <w:r>
        <w:rPr>
          <w:rFonts w:ascii="Consolas" w:hAnsi="Consolas"/>
          <w:color w:val="183347"/>
          <w:sz w:val="17"/>
        </w:rPr>
        <w:t xml:space="preserve">    "category": "Programming",</w:t>
      </w:r>
    </w:p>
    <w:p>
      <w:pPr>
        <w:spacing w:after="0" w:line="252" w:lineRule="auto"/>
        <w:ind w:left="202" w:right="115"/>
        <w:shd w:fill="F1F5F9"/>
      </w:pPr>
      <w:r>
        <w:rPr>
          <w:rFonts w:ascii="Consolas" w:hAnsi="Consolas"/>
          <w:color w:val="183347"/>
          <w:sz w:val="17"/>
        </w:rPr>
        <w:t xml:space="preserve">    "level": "Beginner",</w:t>
      </w:r>
    </w:p>
    <w:p>
      <w:pPr>
        <w:spacing w:after="0" w:line="252" w:lineRule="auto"/>
        <w:ind w:left="202" w:right="115"/>
        <w:shd w:fill="F1F5F9"/>
      </w:pPr>
      <w:r>
        <w:rPr>
          <w:rFonts w:ascii="Consolas" w:hAnsi="Consolas"/>
          <w:color w:val="183347"/>
          <w:sz w:val="17"/>
        </w:rPr>
        <w:t xml:space="preserve">    "duration": 10</w:t>
      </w:r>
    </w:p>
    <w:p>
      <w:pPr>
        <w:spacing w:after="0" w:line="252" w:lineRule="auto"/>
        <w:ind w:left="202" w:right="115"/>
        <w:shd w:fill="F1F5F9"/>
      </w:pPr>
      <w:r>
        <w:rPr>
          <w:rFonts w:ascii="Consolas" w:hAnsi="Consolas"/>
          <w:color w:val="183347"/>
          <w:sz w:val="17"/>
        </w:rPr>
        <w:t>}</w:t>
      </w:r>
    </w:p>
    <w:p>
      <w:pPr>
        <w:spacing w:after="0"/>
      </w:pPr>
    </w:p>
    <w:p>
      <w:r>
        <w:t>Example: "name" is the key and "Python" is its value.</w:t>
      </w:r>
    </w:p>
    <w:p>
      <w:pPr>
        <w:pStyle w:val="Heading2"/>
      </w:pPr>
      <w:r>
        <w:t>Step 2. Display the object</w:t>
      </w:r>
    </w:p>
    <w:p>
      <w:pPr>
        <w:spacing w:after="0" w:line="252" w:lineRule="auto"/>
        <w:ind w:left="202" w:right="115"/>
        <w:shd w:fill="F1F5F9"/>
      </w:pPr>
      <w:r>
        <w:rPr>
          <w:rFonts w:ascii="Consolas" w:hAnsi="Consolas"/>
          <w:color w:val="183347"/>
          <w:sz w:val="17"/>
        </w:rPr>
        <w:t>print(course)</w:t>
      </w:r>
    </w:p>
    <w:p>
      <w:pPr>
        <w:spacing w:after="0"/>
      </w:pPr>
    </w:p>
    <w:p>
      <w:r>
        <w:rPr>
          <w:b/>
        </w:rPr>
        <w:t>Output</w:t>
      </w:r>
    </w:p>
    <w:p>
      <w:pPr>
        <w:spacing w:after="0" w:line="252" w:lineRule="auto"/>
        <w:ind w:left="202" w:right="115"/>
        <w:shd w:fill="F1F5F9"/>
      </w:pPr>
      <w:r>
        <w:rPr>
          <w:rFonts w:ascii="Consolas" w:hAnsi="Consolas"/>
          <w:color w:val="183347"/>
          <w:sz w:val="17"/>
        </w:rPr>
        <w:t>{'name': 'Python', 'category': 'Programming', 'level': 'Beginner', 'duration': 10}</w:t>
      </w:r>
    </w:p>
    <w:p>
      <w:pPr>
        <w:spacing w:after="0"/>
      </w:pPr>
    </w:p>
    <w:p>
      <w:pPr>
        <w:pStyle w:val="Heading2"/>
      </w:pPr>
      <w:r>
        <w:t>Step 3. Retrieve values</w:t>
      </w:r>
    </w:p>
    <w:p>
      <w:pPr>
        <w:spacing w:after="0" w:line="252" w:lineRule="auto"/>
        <w:ind w:left="202" w:right="115"/>
        <w:shd w:fill="F1F5F9"/>
      </w:pPr>
      <w:r>
        <w:rPr>
          <w:rFonts w:ascii="Consolas" w:hAnsi="Consolas"/>
          <w:color w:val="183347"/>
          <w:sz w:val="17"/>
        </w:rPr>
        <w:t>print(course["name"])</w:t>
      </w:r>
    </w:p>
    <w:p>
      <w:pPr>
        <w:spacing w:after="0" w:line="252" w:lineRule="auto"/>
        <w:ind w:left="202" w:right="115"/>
        <w:shd w:fill="F1F5F9"/>
      </w:pPr>
      <w:r>
        <w:rPr>
          <w:rFonts w:ascii="Consolas" w:hAnsi="Consolas"/>
          <w:color w:val="183347"/>
          <w:sz w:val="17"/>
        </w:rPr>
        <w:t>print(course["level"])</w:t>
      </w:r>
    </w:p>
    <w:p>
      <w:pPr>
        <w:spacing w:after="0"/>
      </w:pPr>
    </w:p>
    <w:p>
      <w:r>
        <w:rPr>
          <w:b/>
        </w:rPr>
        <w:t>Output</w:t>
      </w:r>
    </w:p>
    <w:p>
      <w:pPr>
        <w:spacing w:after="0" w:line="252" w:lineRule="auto"/>
        <w:ind w:left="202" w:right="115"/>
        <w:shd w:fill="F1F5F9"/>
      </w:pPr>
      <w:r>
        <w:rPr>
          <w:rFonts w:ascii="Consolas" w:hAnsi="Consolas"/>
          <w:color w:val="183347"/>
          <w:sz w:val="17"/>
        </w:rPr>
        <w:t>Python</w:t>
      </w:r>
    </w:p>
    <w:p>
      <w:pPr>
        <w:spacing w:after="0" w:line="252" w:lineRule="auto"/>
        <w:ind w:left="202" w:right="115"/>
        <w:shd w:fill="F1F5F9"/>
      </w:pPr>
      <w:r>
        <w:rPr>
          <w:rFonts w:ascii="Consolas" w:hAnsi="Consolas"/>
          <w:color w:val="183347"/>
          <w:sz w:val="17"/>
        </w:rPr>
        <w:t>Beginner</w:t>
      </w:r>
    </w:p>
    <w:p>
      <w:pPr>
        <w:spacing w:after="0"/>
      </w:pPr>
    </w:p>
    <w:p>
      <w:pPr>
        <w:pStyle w:val="Heading2"/>
      </w:pPr>
      <w:r>
        <w:t>Step 4. Insert a new property</w:t>
      </w:r>
    </w:p>
    <w:p>
      <w:pPr>
        <w:spacing w:after="0" w:line="252" w:lineRule="auto"/>
        <w:ind w:left="202" w:right="115"/>
        <w:shd w:fill="F1F5F9"/>
      </w:pPr>
      <w:r>
        <w:rPr>
          <w:rFonts w:ascii="Consolas" w:hAnsi="Consolas"/>
          <w:color w:val="183347"/>
          <w:sz w:val="17"/>
        </w:rPr>
        <w:t>course["trainer"] = "Mukesh"</w:t>
      </w:r>
    </w:p>
    <w:p>
      <w:pPr>
        <w:spacing w:after="0" w:line="252" w:lineRule="auto"/>
        <w:ind w:left="202" w:right="115"/>
        <w:shd w:fill="F1F5F9"/>
      </w:pPr>
      <w:r>
        <w:rPr>
          <w:rFonts w:ascii="Consolas" w:hAnsi="Consolas"/>
          <w:color w:val="183347"/>
          <w:sz w:val="17"/>
        </w:rPr>
        <w:t>print(course)</w:t>
      </w:r>
    </w:p>
    <w:p>
      <w:pPr>
        <w:spacing w:after="0"/>
      </w:pPr>
    </w:p>
    <w:p>
      <w:pPr>
        <w:pStyle w:val="Heading2"/>
      </w:pPr>
      <w:r>
        <w:t>Step 5. Update a property</w:t>
      </w:r>
    </w:p>
    <w:p>
      <w:pPr>
        <w:spacing w:after="0" w:line="252" w:lineRule="auto"/>
        <w:ind w:left="202" w:right="115"/>
        <w:shd w:fill="F1F5F9"/>
      </w:pPr>
      <w:r>
        <w:rPr>
          <w:rFonts w:ascii="Consolas" w:hAnsi="Consolas"/>
          <w:color w:val="183347"/>
          <w:sz w:val="17"/>
        </w:rPr>
        <w:t>course["level"] = "Advanced"</w:t>
      </w:r>
    </w:p>
    <w:p>
      <w:pPr>
        <w:spacing w:after="0" w:line="252" w:lineRule="auto"/>
        <w:ind w:left="202" w:right="115"/>
        <w:shd w:fill="F1F5F9"/>
      </w:pPr>
      <w:r>
        <w:rPr>
          <w:rFonts w:ascii="Consolas" w:hAnsi="Consolas"/>
          <w:color w:val="183347"/>
          <w:sz w:val="17"/>
        </w:rPr>
        <w:t>print(course)</w:t>
      </w:r>
    </w:p>
    <w:p>
      <w:pPr>
        <w:spacing w:after="0" w:line="252" w:lineRule="auto"/>
        <w:ind w:left="202" w:right="115"/>
        <w:shd w:fill="F1F5F9"/>
      </w:pPr>
      <w:r>
        <w:rPr>
          <w:rFonts w:ascii="Consolas" w:hAnsi="Consolas"/>
          <w:color w:val="183347"/>
          <w:sz w:val="17"/>
        </w:rPr>
        <w:t>print(course["level"])</w:t>
      </w:r>
    </w:p>
    <w:p>
      <w:pPr>
        <w:spacing w:after="0"/>
      </w:pPr>
    </w:p>
    <w:p>
      <w:r>
        <w:rPr>
          <w:b/>
        </w:rPr>
        <w:t>Last line outputs</w:t>
      </w:r>
    </w:p>
    <w:p>
      <w:pPr>
        <w:spacing w:after="0" w:line="252" w:lineRule="auto"/>
        <w:ind w:left="202" w:right="115"/>
        <w:shd w:fill="F1F5F9"/>
      </w:pPr>
      <w:r>
        <w:rPr>
          <w:rFonts w:ascii="Consolas" w:hAnsi="Consolas"/>
          <w:color w:val="183347"/>
          <w:sz w:val="17"/>
        </w:rPr>
        <w:t>Advanced</w:t>
      </w:r>
    </w:p>
    <w:p>
      <w:pPr>
        <w:spacing w:after="0"/>
      </w:pPr>
    </w:p>
    <w:p>
      <w:pPr>
        <w:pStyle w:val="Heading2"/>
      </w:pPr>
      <w:r>
        <w:t>Step 6. Delete a property</w:t>
      </w:r>
    </w:p>
    <w:p>
      <w:pPr>
        <w:spacing w:after="0" w:line="252" w:lineRule="auto"/>
        <w:ind w:left="202" w:right="115"/>
        <w:shd w:fill="F1F5F9"/>
      </w:pPr>
      <w:r>
        <w:rPr>
          <w:rFonts w:ascii="Consolas" w:hAnsi="Consolas"/>
          <w:color w:val="183347"/>
          <w:sz w:val="17"/>
        </w:rPr>
        <w:t>del course["duration"]</w:t>
      </w:r>
    </w:p>
    <w:p>
      <w:pPr>
        <w:spacing w:after="0" w:line="252" w:lineRule="auto"/>
        <w:ind w:left="202" w:right="115"/>
        <w:shd w:fill="F1F5F9"/>
      </w:pPr>
      <w:r>
        <w:rPr>
          <w:rFonts w:ascii="Consolas" w:hAnsi="Consolas"/>
          <w:color w:val="183347"/>
          <w:sz w:val="17"/>
        </w:rPr>
        <w:t>print(course)</w:t>
      </w:r>
    </w:p>
    <w:p>
      <w:pPr>
        <w:spacing w:after="0"/>
      </w:pPr>
    </w:p>
    <w:p>
      <w:r>
        <w:t>Remember: Lists access entries using numeric indexes; dictionaries access values using their keys.</w:t>
      </w:r>
    </w:p>
    <w:p>
      <w:pPr>
        <w:pStyle w:val="Heading1"/>
      </w:pPr>
      <w:r>
        <w:t>03  Arrays of Objects and Nested Data</w:t>
      </w:r>
    </w:p>
    <w:p>
      <w:r>
        <w:t>Real workflows often process multiple records. The following example stores students in a list, with a nested course dictionary inside each student.</w:t>
      </w:r>
    </w:p>
    <w:p>
      <w:pPr>
        <w:pStyle w:val="Heading2"/>
      </w:pPr>
      <w:r>
        <w:t>Step 1. Create the student records</w:t>
      </w:r>
    </w:p>
    <w:p>
      <w:pPr>
        <w:spacing w:after="0" w:line="252" w:lineRule="auto"/>
        <w:ind w:left="202" w:right="115"/>
        <w:shd w:fill="F1F5F9"/>
      </w:pPr>
      <w:r>
        <w:rPr>
          <w:rFonts w:ascii="Consolas" w:hAnsi="Consolas"/>
          <w:color w:val="183347"/>
          <w:sz w:val="17"/>
        </w:rPr>
        <w:t>students = [</w:t>
      </w:r>
    </w:p>
    <w:p>
      <w:pPr>
        <w:spacing w:after="0" w:line="252" w:lineRule="auto"/>
        <w:ind w:left="202" w:right="115"/>
        <w:shd w:fill="F1F5F9"/>
      </w:pPr>
      <w:r>
        <w:rPr>
          <w:rFonts w:ascii="Consolas" w:hAnsi="Consolas"/>
          <w:color w:val="183347"/>
          <w:sz w:val="17"/>
        </w:rPr>
        <w:t xml:space="preserve">    {</w:t>
      </w:r>
    </w:p>
    <w:p>
      <w:pPr>
        <w:spacing w:after="0" w:line="252" w:lineRule="auto"/>
        <w:ind w:left="202" w:right="115"/>
        <w:shd w:fill="F1F5F9"/>
      </w:pPr>
      <w:r>
        <w:rPr>
          <w:rFonts w:ascii="Consolas" w:hAnsi="Consolas"/>
          <w:color w:val="183347"/>
          <w:sz w:val="17"/>
        </w:rPr>
        <w:t xml:space="preserve">        "name": "Alice",</w:t>
      </w:r>
    </w:p>
    <w:p>
      <w:pPr>
        <w:spacing w:after="0" w:line="252" w:lineRule="auto"/>
        <w:ind w:left="202" w:right="115"/>
        <w:shd w:fill="F1F5F9"/>
      </w:pPr>
      <w:r>
        <w:rPr>
          <w:rFonts w:ascii="Consolas" w:hAnsi="Consolas"/>
          <w:color w:val="183347"/>
          <w:sz w:val="17"/>
        </w:rPr>
        <w:t xml:space="preserve">        "course": {</w:t>
      </w:r>
    </w:p>
    <w:p>
      <w:pPr>
        <w:spacing w:after="0" w:line="252" w:lineRule="auto"/>
        <w:ind w:left="202" w:right="115"/>
        <w:shd w:fill="F1F5F9"/>
      </w:pPr>
      <w:r>
        <w:rPr>
          <w:rFonts w:ascii="Consolas" w:hAnsi="Consolas"/>
          <w:color w:val="183347"/>
          <w:sz w:val="17"/>
        </w:rPr>
        <w:t xml:space="preserve">            "name": "Python",</w:t>
      </w:r>
    </w:p>
    <w:p>
      <w:pPr>
        <w:spacing w:after="0" w:line="252" w:lineRule="auto"/>
        <w:ind w:left="202" w:right="115"/>
        <w:shd w:fill="F1F5F9"/>
      </w:pPr>
      <w:r>
        <w:rPr>
          <w:rFonts w:ascii="Consolas" w:hAnsi="Consolas"/>
          <w:color w:val="183347"/>
          <w:sz w:val="17"/>
        </w:rPr>
        <w:t xml:space="preserve">            "category": "Programming",</w:t>
      </w:r>
    </w:p>
    <w:p>
      <w:pPr>
        <w:spacing w:after="0" w:line="252" w:lineRule="auto"/>
        <w:ind w:left="202" w:right="115"/>
        <w:shd w:fill="F1F5F9"/>
      </w:pPr>
      <w:r>
        <w:rPr>
          <w:rFonts w:ascii="Consolas" w:hAnsi="Consolas"/>
          <w:color w:val="183347"/>
          <w:sz w:val="17"/>
        </w:rPr>
        <w:t xml:space="preserve">            "level": "Beginner",</w:t>
      </w:r>
    </w:p>
    <w:p>
      <w:pPr>
        <w:spacing w:after="0" w:line="252" w:lineRule="auto"/>
        <w:ind w:left="202" w:right="115"/>
        <w:shd w:fill="F1F5F9"/>
      </w:pPr>
      <w:r>
        <w:rPr>
          <w:rFonts w:ascii="Consolas" w:hAnsi="Consolas"/>
          <w:color w:val="183347"/>
          <w:sz w:val="17"/>
        </w:rPr>
        <w:t xml:space="preserve">            "duration": 10</w:t>
      </w:r>
    </w:p>
    <w:p>
      <w:pPr>
        <w:spacing w:after="0" w:line="252" w:lineRule="auto"/>
        <w:ind w:left="202" w:right="115"/>
        <w:shd w:fill="F1F5F9"/>
      </w:pPr>
      <w:r>
        <w:rPr>
          <w:rFonts w:ascii="Consolas" w:hAnsi="Consolas"/>
          <w:color w:val="183347"/>
          <w:sz w:val="17"/>
        </w:rPr>
        <w:t xml:space="preserve">        }</w:t>
      </w:r>
    </w:p>
    <w:p>
      <w:pPr>
        <w:spacing w:after="0" w:line="252" w:lineRule="auto"/>
        <w:ind w:left="202" w:right="115"/>
        <w:shd w:fill="F1F5F9"/>
      </w:pPr>
      <w:r>
        <w:rPr>
          <w:rFonts w:ascii="Consolas" w:hAnsi="Consolas"/>
          <w:color w:val="183347"/>
          <w:sz w:val="17"/>
        </w:rPr>
        <w:t xml:space="preserve">    },</w:t>
      </w:r>
    </w:p>
    <w:p>
      <w:pPr>
        <w:spacing w:after="0" w:line="252" w:lineRule="auto"/>
        <w:ind w:left="202" w:right="115"/>
        <w:shd w:fill="F1F5F9"/>
      </w:pPr>
      <w:r>
        <w:rPr>
          <w:rFonts w:ascii="Consolas" w:hAnsi="Consolas"/>
          <w:color w:val="183347"/>
          <w:sz w:val="17"/>
        </w:rPr>
        <w:t xml:space="preserve">    {</w:t>
      </w:r>
    </w:p>
    <w:p>
      <w:pPr>
        <w:spacing w:after="0" w:line="252" w:lineRule="auto"/>
        <w:ind w:left="202" w:right="115"/>
        <w:shd w:fill="F1F5F9"/>
      </w:pPr>
      <w:r>
        <w:rPr>
          <w:rFonts w:ascii="Consolas" w:hAnsi="Consolas"/>
          <w:color w:val="183347"/>
          <w:sz w:val="17"/>
        </w:rPr>
        <w:t xml:space="preserve">        "name": "Maria",</w:t>
      </w:r>
    </w:p>
    <w:p>
      <w:pPr>
        <w:spacing w:after="0" w:line="252" w:lineRule="auto"/>
        <w:ind w:left="202" w:right="115"/>
        <w:shd w:fill="F1F5F9"/>
      </w:pPr>
      <w:r>
        <w:rPr>
          <w:rFonts w:ascii="Consolas" w:hAnsi="Consolas"/>
          <w:color w:val="183347"/>
          <w:sz w:val="17"/>
        </w:rPr>
        <w:t xml:space="preserve">        "course": {</w:t>
      </w:r>
    </w:p>
    <w:p>
      <w:pPr>
        <w:spacing w:after="0" w:line="252" w:lineRule="auto"/>
        <w:ind w:left="202" w:right="115"/>
        <w:shd w:fill="F1F5F9"/>
      </w:pPr>
      <w:r>
        <w:rPr>
          <w:rFonts w:ascii="Consolas" w:hAnsi="Consolas"/>
          <w:color w:val="183347"/>
          <w:sz w:val="17"/>
        </w:rPr>
        <w:t xml:space="preserve">            "name": "Web Development",</w:t>
      </w:r>
    </w:p>
    <w:p>
      <w:pPr>
        <w:spacing w:after="0" w:line="252" w:lineRule="auto"/>
        <w:ind w:left="202" w:right="115"/>
        <w:shd w:fill="F1F5F9"/>
      </w:pPr>
      <w:r>
        <w:rPr>
          <w:rFonts w:ascii="Consolas" w:hAnsi="Consolas"/>
          <w:color w:val="183347"/>
          <w:sz w:val="17"/>
        </w:rPr>
        <w:t xml:space="preserve">            "category": "Programming",</w:t>
      </w:r>
    </w:p>
    <w:p>
      <w:pPr>
        <w:spacing w:after="0" w:line="252" w:lineRule="auto"/>
        <w:ind w:left="202" w:right="115"/>
        <w:shd w:fill="F1F5F9"/>
      </w:pPr>
      <w:r>
        <w:rPr>
          <w:rFonts w:ascii="Consolas" w:hAnsi="Consolas"/>
          <w:color w:val="183347"/>
          <w:sz w:val="17"/>
        </w:rPr>
        <w:t xml:space="preserve">            "level": "Advanced",</w:t>
      </w:r>
    </w:p>
    <w:p>
      <w:pPr>
        <w:spacing w:after="0" w:line="252" w:lineRule="auto"/>
        <w:ind w:left="202" w:right="115"/>
        <w:shd w:fill="F1F5F9"/>
      </w:pPr>
      <w:r>
        <w:rPr>
          <w:rFonts w:ascii="Consolas" w:hAnsi="Consolas"/>
          <w:color w:val="183347"/>
          <w:sz w:val="17"/>
        </w:rPr>
        <w:t xml:space="preserve">            "duration": 14</w:t>
      </w:r>
    </w:p>
    <w:p>
      <w:pPr>
        <w:spacing w:after="0" w:line="252" w:lineRule="auto"/>
        <w:ind w:left="202" w:right="115"/>
        <w:shd w:fill="F1F5F9"/>
      </w:pPr>
      <w:r>
        <w:rPr>
          <w:rFonts w:ascii="Consolas" w:hAnsi="Consolas"/>
          <w:color w:val="183347"/>
          <w:sz w:val="17"/>
        </w:rPr>
        <w:t xml:space="preserve">        }</w:t>
      </w:r>
    </w:p>
    <w:p>
      <w:pPr>
        <w:spacing w:after="0" w:line="252" w:lineRule="auto"/>
        <w:ind w:left="202" w:right="115"/>
        <w:shd w:fill="F1F5F9"/>
      </w:pPr>
      <w:r>
        <w:rPr>
          <w:rFonts w:ascii="Consolas" w:hAnsi="Consolas"/>
          <w:color w:val="183347"/>
          <w:sz w:val="17"/>
        </w:rPr>
        <w:t xml:space="preserve">    }</w:t>
      </w:r>
    </w:p>
    <w:p>
      <w:pPr>
        <w:spacing w:after="0" w:line="252" w:lineRule="auto"/>
        <w:ind w:left="202" w:right="115"/>
        <w:shd w:fill="F1F5F9"/>
      </w:pPr>
      <w:r>
        <w:rPr>
          <w:rFonts w:ascii="Consolas" w:hAnsi="Consolas"/>
          <w:color w:val="183347"/>
          <w:sz w:val="17"/>
        </w:rPr>
        <w:t>]</w:t>
      </w:r>
    </w:p>
    <w:p>
      <w:pPr>
        <w:spacing w:after="0" w:line="252" w:lineRule="auto"/>
        <w:ind w:left="202" w:right="115"/>
        <w:shd w:fill="F1F5F9"/>
      </w:pPr>
      <w:r>
        <w:rPr>
          <w:rFonts w:ascii="Consolas" w:hAnsi="Consolas"/>
          <w:color w:val="183347"/>
          <w:sz w:val="17"/>
        </w:rPr>
        <w:t xml:space="preserve"> </w:t>
      </w:r>
    </w:p>
    <w:p>
      <w:pPr>
        <w:spacing w:after="0" w:line="252" w:lineRule="auto"/>
        <w:ind w:left="202" w:right="115"/>
        <w:shd w:fill="F1F5F9"/>
      </w:pPr>
      <w:r>
        <w:rPr>
          <w:rFonts w:ascii="Consolas" w:hAnsi="Consolas"/>
          <w:color w:val="183347"/>
          <w:sz w:val="17"/>
        </w:rPr>
        <w:t>print("ORIGINAL DATA")</w:t>
      </w:r>
    </w:p>
    <w:p>
      <w:pPr>
        <w:spacing w:after="0" w:line="252" w:lineRule="auto"/>
        <w:ind w:left="202" w:right="115"/>
        <w:shd w:fill="F1F5F9"/>
      </w:pPr>
      <w:r>
        <w:rPr>
          <w:rFonts w:ascii="Consolas" w:hAnsi="Consolas"/>
          <w:color w:val="183347"/>
          <w:sz w:val="17"/>
        </w:rPr>
        <w:t>print(students)</w:t>
      </w:r>
    </w:p>
    <w:p>
      <w:pPr>
        <w:spacing w:after="0"/>
      </w:pPr>
    </w:p>
    <w:p>
      <w:pPr>
        <w:pStyle w:val="Heading2"/>
      </w:pPr>
      <w:r>
        <w:t>Step 2. Retrieve nested data</w:t>
      </w:r>
    </w:p>
    <w:p>
      <w:pPr>
        <w:spacing w:after="0" w:line="252" w:lineRule="auto"/>
        <w:ind w:left="202" w:right="115"/>
        <w:shd w:fill="F1F5F9"/>
      </w:pPr>
      <w:r>
        <w:rPr>
          <w:rFonts w:ascii="Consolas" w:hAnsi="Consolas"/>
          <w:color w:val="183347"/>
          <w:sz w:val="17"/>
        </w:rPr>
        <w:t>print("\nRETRIEVE DATA")</w:t>
      </w:r>
    </w:p>
    <w:p>
      <w:pPr>
        <w:spacing w:after="0" w:line="252" w:lineRule="auto"/>
        <w:ind w:left="202" w:right="115"/>
        <w:shd w:fill="F1F5F9"/>
      </w:pPr>
      <w:r>
        <w:rPr>
          <w:rFonts w:ascii="Consolas" w:hAnsi="Consolas"/>
          <w:color w:val="183347"/>
          <w:sz w:val="17"/>
        </w:rPr>
        <w:t>print(students[0])                        # Entire first student</w:t>
      </w:r>
    </w:p>
    <w:p>
      <w:pPr>
        <w:spacing w:after="0" w:line="252" w:lineRule="auto"/>
        <w:ind w:left="202" w:right="115"/>
        <w:shd w:fill="F1F5F9"/>
      </w:pPr>
      <w:r>
        <w:rPr>
          <w:rFonts w:ascii="Consolas" w:hAnsi="Consolas"/>
          <w:color w:val="183347"/>
          <w:sz w:val="17"/>
        </w:rPr>
        <w:t>print(students[0]["name"])                # Alice</w:t>
      </w:r>
    </w:p>
    <w:p>
      <w:pPr>
        <w:spacing w:after="0" w:line="252" w:lineRule="auto"/>
        <w:ind w:left="202" w:right="115"/>
        <w:shd w:fill="F1F5F9"/>
      </w:pPr>
      <w:r>
        <w:rPr>
          <w:rFonts w:ascii="Consolas" w:hAnsi="Consolas"/>
          <w:color w:val="183347"/>
          <w:sz w:val="17"/>
        </w:rPr>
        <w:t>print(students[1]["name"])                # Maria</w:t>
      </w:r>
    </w:p>
    <w:p>
      <w:pPr>
        <w:spacing w:after="0" w:line="252" w:lineRule="auto"/>
        <w:ind w:left="202" w:right="115"/>
        <w:shd w:fill="F1F5F9"/>
      </w:pPr>
      <w:r>
        <w:rPr>
          <w:rFonts w:ascii="Consolas" w:hAnsi="Consolas"/>
          <w:color w:val="183347"/>
          <w:sz w:val="17"/>
        </w:rPr>
        <w:t>print(students[0]["course"])              # Alice's course object</w:t>
      </w:r>
    </w:p>
    <w:p>
      <w:pPr>
        <w:spacing w:after="0" w:line="252" w:lineRule="auto"/>
        <w:ind w:left="202" w:right="115"/>
        <w:shd w:fill="F1F5F9"/>
      </w:pPr>
      <w:r>
        <w:rPr>
          <w:rFonts w:ascii="Consolas" w:hAnsi="Consolas"/>
          <w:color w:val="183347"/>
          <w:sz w:val="17"/>
        </w:rPr>
        <w:t>print(students[0]["course"]["name"])      # Python</w:t>
      </w:r>
    </w:p>
    <w:p>
      <w:pPr>
        <w:spacing w:after="0" w:line="252" w:lineRule="auto"/>
        <w:ind w:left="202" w:right="115"/>
        <w:shd w:fill="F1F5F9"/>
      </w:pPr>
      <w:r>
        <w:rPr>
          <w:rFonts w:ascii="Consolas" w:hAnsi="Consolas"/>
          <w:color w:val="183347"/>
          <w:sz w:val="17"/>
        </w:rPr>
        <w:t>print(students[1]["course"]["level"])     # Advanced</w:t>
      </w:r>
    </w:p>
    <w:p>
      <w:pPr>
        <w:spacing w:after="0" w:line="252" w:lineRule="auto"/>
        <w:ind w:left="202" w:right="115"/>
        <w:shd w:fill="F1F5F9"/>
      </w:pPr>
      <w:r>
        <w:rPr>
          <w:rFonts w:ascii="Consolas" w:hAnsi="Consolas"/>
          <w:color w:val="183347"/>
          <w:sz w:val="17"/>
        </w:rPr>
        <w:t>print(len(students))                      # 2 students</w:t>
      </w:r>
    </w:p>
    <w:p>
      <w:pPr>
        <w:spacing w:after="0"/>
      </w:pPr>
    </w:p>
    <w:p>
      <w:pPr>
        <w:pStyle w:val="Heading2"/>
      </w:pPr>
      <w:r>
        <w:t>Step 3. Update nested data</w:t>
      </w:r>
    </w:p>
    <w:p>
      <w:pPr>
        <w:spacing w:after="0" w:line="252" w:lineRule="auto"/>
        <w:ind w:left="202" w:right="115"/>
        <w:shd w:fill="F1F5F9"/>
      </w:pPr>
      <w:r>
        <w:rPr>
          <w:rFonts w:ascii="Consolas" w:hAnsi="Consolas"/>
          <w:color w:val="183347"/>
          <w:sz w:val="17"/>
        </w:rPr>
        <w:t>print("\nUPDATE DATA")</w:t>
      </w:r>
    </w:p>
    <w:p>
      <w:pPr>
        <w:spacing w:after="0" w:line="252" w:lineRule="auto"/>
        <w:ind w:left="202" w:right="115"/>
        <w:shd w:fill="F1F5F9"/>
      </w:pPr>
      <w:r>
        <w:rPr>
          <w:rFonts w:ascii="Consolas" w:hAnsi="Consolas"/>
          <w:color w:val="183347"/>
          <w:sz w:val="17"/>
        </w:rPr>
        <w:t>students[0]["name"] = "Alicia"</w:t>
      </w:r>
    </w:p>
    <w:p>
      <w:pPr>
        <w:spacing w:after="0" w:line="252" w:lineRule="auto"/>
        <w:ind w:left="202" w:right="115"/>
        <w:shd w:fill="F1F5F9"/>
      </w:pPr>
      <w:r>
        <w:rPr>
          <w:rFonts w:ascii="Consolas" w:hAnsi="Consolas"/>
          <w:color w:val="183347"/>
          <w:sz w:val="17"/>
        </w:rPr>
        <w:t>students[0]["course"]["name"] = "Advanced Python"</w:t>
      </w:r>
    </w:p>
    <w:p>
      <w:pPr>
        <w:spacing w:after="0" w:line="252" w:lineRule="auto"/>
        <w:ind w:left="202" w:right="115"/>
        <w:shd w:fill="F1F5F9"/>
      </w:pPr>
      <w:r>
        <w:rPr>
          <w:rFonts w:ascii="Consolas" w:hAnsi="Consolas"/>
          <w:color w:val="183347"/>
          <w:sz w:val="17"/>
        </w:rPr>
        <w:t>students[1]["course"]["level"] = "Intermediate"</w:t>
      </w:r>
    </w:p>
    <w:p>
      <w:pPr>
        <w:spacing w:after="0" w:line="252" w:lineRule="auto"/>
        <w:ind w:left="202" w:right="115"/>
        <w:shd w:fill="F1F5F9"/>
      </w:pPr>
      <w:r>
        <w:rPr>
          <w:rFonts w:ascii="Consolas" w:hAnsi="Consolas"/>
          <w:color w:val="183347"/>
          <w:sz w:val="17"/>
        </w:rPr>
        <w:t>students[1]["course"]["duration"] = 20</w:t>
      </w:r>
    </w:p>
    <w:p>
      <w:pPr>
        <w:spacing w:after="0" w:line="252" w:lineRule="auto"/>
        <w:ind w:left="202" w:right="115"/>
        <w:shd w:fill="F1F5F9"/>
      </w:pPr>
      <w:r>
        <w:rPr>
          <w:rFonts w:ascii="Consolas" w:hAnsi="Consolas"/>
          <w:color w:val="183347"/>
          <w:sz w:val="17"/>
        </w:rPr>
        <w:t xml:space="preserve"> </w:t>
      </w:r>
    </w:p>
    <w:p>
      <w:pPr>
        <w:spacing w:after="0" w:line="252" w:lineRule="auto"/>
        <w:ind w:left="202" w:right="115"/>
        <w:shd w:fill="F1F5F9"/>
      </w:pPr>
      <w:r>
        <w:rPr>
          <w:rFonts w:ascii="Consolas" w:hAnsi="Consolas"/>
          <w:color w:val="183347"/>
          <w:sz w:val="17"/>
        </w:rPr>
        <w:t>print(students)</w:t>
      </w:r>
    </w:p>
    <w:p>
      <w:pPr>
        <w:spacing w:after="0"/>
      </w:pPr>
    </w:p>
    <w:p>
      <w:r>
        <w:t>After the updates, Alice becomes Alicia and her course becomes Advanced Python. Maria’s course level changes to Intermediate and its duration becomes 20.</w:t>
      </w:r>
    </w:p>
    <w:p>
      <w:pPr>
        <w:pStyle w:val="Heading1"/>
      </w:pPr>
      <w:r>
        <w:t>04  How This Relates to n8n</w:t>
      </w:r>
    </w:p>
    <w:p>
      <w:r>
        <w:t>In n8n, data typically flows between nodes as items. Each item has a json property containing that record’s data. For the two students above, the conceptual structure looks like this:</w:t>
      </w:r>
    </w:p>
    <w:p>
      <w:pPr>
        <w:spacing w:after="0" w:line="252" w:lineRule="auto"/>
        <w:ind w:left="202" w:right="115"/>
        <w:shd w:fill="F1F5F9"/>
      </w:pPr>
      <w:r>
        <w:rPr>
          <w:rFonts w:ascii="Consolas" w:hAnsi="Consolas"/>
          <w:color w:val="183347"/>
          <w:sz w:val="17"/>
        </w:rPr>
        <w:t>items = [</w:t>
      </w:r>
    </w:p>
    <w:p>
      <w:pPr>
        <w:spacing w:after="0" w:line="252" w:lineRule="auto"/>
        <w:ind w:left="202" w:right="115"/>
        <w:shd w:fill="F1F5F9"/>
      </w:pPr>
      <w:r>
        <w:rPr>
          <w:rFonts w:ascii="Consolas" w:hAnsi="Consolas"/>
          <w:color w:val="183347"/>
          <w:sz w:val="17"/>
        </w:rPr>
        <w:t xml:space="preserve">    {"json": {"name": "Alice", "course": {"name": "Python"}}},</w:t>
      </w:r>
    </w:p>
    <w:p>
      <w:pPr>
        <w:spacing w:after="0" w:line="252" w:lineRule="auto"/>
        <w:ind w:left="202" w:right="115"/>
        <w:shd w:fill="F1F5F9"/>
      </w:pPr>
      <w:r>
        <w:rPr>
          <w:rFonts w:ascii="Consolas" w:hAnsi="Consolas"/>
          <w:color w:val="183347"/>
          <w:sz w:val="17"/>
        </w:rPr>
        <w:t xml:space="preserve">    {"json": {"name": "Maria", "course": {"name": "Web Development"}}}</w:t>
      </w:r>
    </w:p>
    <w:p>
      <w:pPr>
        <w:spacing w:after="0" w:line="252" w:lineRule="auto"/>
        <w:ind w:left="202" w:right="115"/>
        <w:shd w:fill="F1F5F9"/>
      </w:pPr>
      <w:r>
        <w:rPr>
          <w:rFonts w:ascii="Consolas" w:hAnsi="Consolas"/>
          <w:color w:val="183347"/>
          <w:sz w:val="17"/>
        </w:rPr>
        <w:t>]</w:t>
      </w:r>
    </w:p>
    <w:p>
      <w:pPr>
        <w:spacing w:after="0"/>
      </w:pPr>
    </w:p>
    <w:p>
      <w:r>
        <w:t>Node A might collect student registrations. Node B receives the items and could save the data in Google Sheets or send confirmation emails. The full video explains this connection between arrays, objects, and n8n workflow data.</w:t>
      </w:r>
    </w:p>
    <w:p>
      <w:pPr>
        <w:pStyle w:val="Heading1"/>
      </w:pPr>
      <w:r>
        <w:t>Quick Reference</w:t>
      </w:r>
    </w:p>
    <w:tbl>
      <w:tblPr>
        <w:tblStyle w:val="LightShading-Accent1"/>
        <w:tblW w:type="auto" w:w="0"/>
        <w:jc w:val="center"/>
        <w:tblLook w:firstColumn="1" w:firstRow="1" w:lastColumn="0" w:lastRow="0" w:noHBand="0" w:noVBand="1" w:val="04A0"/>
      </w:tblPr>
      <w:tblGrid>
        <w:gridCol w:w="4896"/>
        <w:gridCol w:w="4896"/>
      </w:tblGrid>
      <w:tr>
        <w:tc>
          <w:tcPr>
            <w:tcW w:type="dxa" w:w="4896"/>
          </w:tcPr>
          <w:p>
            <w:r>
              <w:t>Operation</w:t>
            </w:r>
          </w:p>
        </w:tc>
        <w:tc>
          <w:tcPr>
            <w:tcW w:type="dxa" w:w="4896"/>
          </w:tcPr>
          <w:p>
            <w:r>
              <w:t>Python example</w:t>
            </w:r>
          </w:p>
        </w:tc>
      </w:tr>
      <w:tr>
        <w:tc>
          <w:tcPr>
            <w:tcW w:type="dxa" w:w="4896"/>
          </w:tcPr>
          <w:p>
            <w:r>
              <w:t>Get list item</w:t>
            </w:r>
          </w:p>
        </w:tc>
        <w:tc>
          <w:tcPr>
            <w:tcW w:type="dxa" w:w="4896"/>
          </w:tcPr>
          <w:p>
            <w:r>
              <w:t>topics[0]</w:t>
            </w:r>
          </w:p>
        </w:tc>
      </w:tr>
      <w:tr>
        <w:tc>
          <w:tcPr>
            <w:tcW w:type="dxa" w:w="4896"/>
          </w:tcPr>
          <w:p>
            <w:r>
              <w:t>Add to list</w:t>
            </w:r>
          </w:p>
        </w:tc>
        <w:tc>
          <w:tcPr>
            <w:tcW w:type="dxa" w:w="4896"/>
          </w:tcPr>
          <w:p>
            <w:r>
              <w:t>topics.append("New topic")</w:t>
            </w:r>
          </w:p>
        </w:tc>
      </w:tr>
      <w:tr>
        <w:tc>
          <w:tcPr>
            <w:tcW w:type="dxa" w:w="4896"/>
          </w:tcPr>
          <w:p>
            <w:r>
              <w:t>Insert into list</w:t>
            </w:r>
          </w:p>
        </w:tc>
        <w:tc>
          <w:tcPr>
            <w:tcW w:type="dxa" w:w="4896"/>
          </w:tcPr>
          <w:p>
            <w:r>
              <w:t>topics.insert(1, "New topic")</w:t>
            </w:r>
          </w:p>
        </w:tc>
      </w:tr>
      <w:tr>
        <w:tc>
          <w:tcPr>
            <w:tcW w:type="dxa" w:w="4896"/>
          </w:tcPr>
          <w:p>
            <w:r>
              <w:t>Remove from list</w:t>
            </w:r>
          </w:p>
        </w:tc>
        <w:tc>
          <w:tcPr>
            <w:tcW w:type="dxa" w:w="4896"/>
          </w:tcPr>
          <w:p>
            <w:r>
              <w:t>topics.remove("RPA") / topics.pop(0)</w:t>
            </w:r>
          </w:p>
        </w:tc>
      </w:tr>
      <w:tr>
        <w:tc>
          <w:tcPr>
            <w:tcW w:type="dxa" w:w="4896"/>
          </w:tcPr>
          <w:p>
            <w:r>
              <w:t>Get object value</w:t>
            </w:r>
          </w:p>
        </w:tc>
        <w:tc>
          <w:tcPr>
            <w:tcW w:type="dxa" w:w="4896"/>
          </w:tcPr>
          <w:p>
            <w:r>
              <w:t>course["name"]</w:t>
            </w:r>
          </w:p>
        </w:tc>
      </w:tr>
      <w:tr>
        <w:tc>
          <w:tcPr>
            <w:tcW w:type="dxa" w:w="4896"/>
          </w:tcPr>
          <w:p>
            <w:r>
              <w:t>Add or update object field</w:t>
            </w:r>
          </w:p>
        </w:tc>
        <w:tc>
          <w:tcPr>
            <w:tcW w:type="dxa" w:w="4896"/>
          </w:tcPr>
          <w:p>
            <w:r>
              <w:t>course["level"] = "Advanced"</w:t>
            </w:r>
          </w:p>
        </w:tc>
      </w:tr>
      <w:tr>
        <w:tc>
          <w:tcPr>
            <w:tcW w:type="dxa" w:w="4896"/>
          </w:tcPr>
          <w:p>
            <w:r>
              <w:t>Delete object field</w:t>
            </w:r>
          </w:p>
        </w:tc>
        <w:tc>
          <w:tcPr>
            <w:tcW w:type="dxa" w:w="4896"/>
          </w:tcPr>
          <w:p>
            <w:r>
              <w:t>del course["duration"]</w:t>
            </w:r>
          </w:p>
        </w:tc>
      </w:tr>
      <w:tr>
        <w:tc>
          <w:tcPr>
            <w:tcW w:type="dxa" w:w="4896"/>
          </w:tcPr>
          <w:p>
            <w:r>
              <w:t>Get nested value</w:t>
            </w:r>
          </w:p>
        </w:tc>
        <w:tc>
          <w:tcPr>
            <w:tcW w:type="dxa" w:w="4896"/>
          </w:tcPr>
          <w:p>
            <w:r>
              <w:t>students[0]["course"]["name"]</w:t>
            </w:r>
          </w:p>
        </w:tc>
      </w:tr>
    </w:tbl>
    <w:p>
      <w:r>
        <w:t>Continue learning: Watch the video, pause at each step, and test the code yourself.</w:t>
      </w:r>
    </w:p>
    <w:p>
      <w:r>
        <w:t>Video: https://youtu.be/CFumSEKcjRY</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Tutorials by Mukesh Kala  •  n8n Beginner Follow-Along Guide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D374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134B76"/>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ptos Display" w:hAnsi="Aptos Display"/>
      <w:b/>
      <w:bCs/>
      <w:color w:val="185B7F"/>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60"/>
      <w:contextualSpacing/>
    </w:pPr>
    <w:rPr>
      <w:rFonts w:asciiTheme="majorHAnsi" w:eastAsiaTheme="majorEastAsia" w:hAnsiTheme="majorHAnsi" w:cstheme="majorBidi" w:ascii="Aptos Display" w:hAnsi="Aptos Display"/>
      <w:b/>
      <w:color w:val="0F3054"/>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